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4FB5" w:rsidRDefault="00720706">
      <w:pPr>
        <w:jc w:val="center"/>
        <w:rPr>
          <w:rFonts w:hint="eastAsia"/>
        </w:rPr>
      </w:pPr>
      <w:r>
        <w:rPr>
          <w:b/>
          <w:sz w:val="28"/>
        </w:rPr>
        <w:t>Masarykova základní škola Morašice, okres Svitavy</w:t>
      </w:r>
    </w:p>
    <w:p w:rsidR="00454FB5" w:rsidRDefault="00720706">
      <w:pPr>
        <w:spacing w:after="0"/>
        <w:jc w:val="center"/>
        <w:rPr>
          <w:rFonts w:hint="eastAsia"/>
        </w:rPr>
      </w:pPr>
      <w:r>
        <w:rPr>
          <w:sz w:val="19"/>
        </w:rPr>
        <w:t>569 51 Morašice 27   |   IČ: 70157341</w:t>
      </w:r>
    </w:p>
    <w:p w:rsidR="00454FB5" w:rsidRDefault="00720706">
      <w:pPr>
        <w:spacing w:after="0"/>
        <w:jc w:val="center"/>
        <w:rPr>
          <w:rFonts w:hint="eastAsia"/>
        </w:rPr>
      </w:pPr>
      <w:r>
        <w:rPr>
          <w:sz w:val="19"/>
        </w:rPr>
        <w:t>Mgr. Jan Šperk, ředitel   |   T.: 732 280 269</w:t>
      </w:r>
    </w:p>
    <w:p w:rsidR="00454FB5" w:rsidRDefault="00720706">
      <w:pPr>
        <w:spacing w:after="0"/>
        <w:jc w:val="center"/>
        <w:rPr>
          <w:rFonts w:hint="eastAsia"/>
        </w:rPr>
      </w:pPr>
      <w:r>
        <w:rPr>
          <w:sz w:val="19"/>
        </w:rPr>
        <w:t>reditel@skolamorasice.cz   |   www.skolamorasice.cz</w:t>
      </w:r>
    </w:p>
    <w:p w:rsidR="00454FB5" w:rsidRDefault="00720706">
      <w:pPr>
        <w:spacing w:before="200"/>
        <w:jc w:val="center"/>
        <w:rPr>
          <w:rFonts w:hint="eastAsia"/>
        </w:rPr>
      </w:pPr>
      <w:r>
        <w:rPr>
          <w:b/>
          <w:sz w:val="30"/>
        </w:rPr>
        <w:t>ŽÁDOST O UVOLNĚNÍ ŽÁKA/ŽÁKYNĚ Z VÝUKY</w:t>
      </w:r>
    </w:p>
    <w:p w:rsidR="00454FB5" w:rsidRDefault="00720706">
      <w:pPr>
        <w:rPr>
          <w:rFonts w:hint="eastAsia"/>
        </w:rPr>
      </w:pPr>
      <w:r>
        <w:t>Žádám o uvolnění mého syna / mé</w:t>
      </w:r>
      <w:r>
        <w:t xml:space="preserve"> dcery</w:t>
      </w:r>
    </w:p>
    <w:p w:rsidR="00454FB5" w:rsidRDefault="00720706">
      <w:pPr>
        <w:spacing w:after="100"/>
        <w:rPr>
          <w:rFonts w:hint="eastAsia"/>
        </w:rPr>
      </w:pPr>
      <w:r>
        <w:rPr>
          <w:b/>
        </w:rPr>
        <w:t xml:space="preserve">Jméno a příjmení žáka/žákyně: </w:t>
      </w:r>
      <w:r>
        <w:t>..................................................................................................................................................</w:t>
      </w:r>
    </w:p>
    <w:p w:rsidR="00454FB5" w:rsidRDefault="00720706">
      <w:pPr>
        <w:spacing w:after="100"/>
        <w:rPr>
          <w:rFonts w:hint="eastAsia"/>
        </w:rPr>
      </w:pPr>
      <w:proofErr w:type="spellStart"/>
      <w:r>
        <w:rPr>
          <w:b/>
        </w:rPr>
        <w:t>Ročník</w:t>
      </w:r>
      <w:proofErr w:type="spellEnd"/>
      <w:r>
        <w:rPr>
          <w:b/>
        </w:rPr>
        <w:t xml:space="preserve">: </w:t>
      </w:r>
      <w:r>
        <w:t>.........................................................................................................................................................................................................</w:t>
      </w:r>
    </w:p>
    <w:p w:rsidR="00454FB5" w:rsidRDefault="00720706">
      <w:pPr>
        <w:spacing w:after="140"/>
        <w:rPr>
          <w:rFonts w:hint="eastAsia"/>
        </w:rPr>
      </w:pPr>
      <w:r>
        <w:rPr>
          <w:b/>
        </w:rPr>
        <w:t>z výuky v termínu:</w:t>
      </w:r>
    </w:p>
    <w:p w:rsidR="00454FB5" w:rsidRDefault="00720706">
      <w:pPr>
        <w:rPr>
          <w:rFonts w:hint="eastAsia"/>
        </w:rPr>
      </w:pPr>
      <w:r>
        <w:rPr>
          <w:b/>
        </w:rPr>
        <w:t xml:space="preserve">od: </w:t>
      </w:r>
      <w:r>
        <w:t>...................................</w:t>
      </w:r>
      <w:r>
        <w:rPr>
          <w:b/>
        </w:rPr>
        <w:t xml:space="preserve">     do: </w:t>
      </w:r>
      <w:r>
        <w:t>..........</w:t>
      </w:r>
      <w:r>
        <w:t>.........................</w:t>
      </w:r>
    </w:p>
    <w:p w:rsidR="00454FB5" w:rsidRDefault="00720706">
      <w:pPr>
        <w:spacing w:before="120"/>
        <w:rPr>
          <w:rFonts w:hint="eastAsia"/>
        </w:rPr>
      </w:pPr>
      <w:r>
        <w:rPr>
          <w:b/>
        </w:rPr>
        <w:t>Důvod uvolnění:</w:t>
      </w:r>
    </w:p>
    <w:p w:rsidR="00454FB5" w:rsidRDefault="00720706">
      <w:pPr>
        <w:rPr>
          <w:rFonts w:hint="eastAsia"/>
        </w:rPr>
      </w:pPr>
      <w:r>
        <w:t>.........................................................................................................</w:t>
      </w:r>
    </w:p>
    <w:p w:rsidR="00454FB5" w:rsidRDefault="00720706">
      <w:pPr>
        <w:rPr>
          <w:rFonts w:hint="eastAsia"/>
        </w:rPr>
      </w:pPr>
      <w:r>
        <w:t>.........................................................................................................</w:t>
      </w:r>
    </w:p>
    <w:p w:rsidR="00454FB5" w:rsidRDefault="00720706">
      <w:pPr>
        <w:rPr>
          <w:rFonts w:hint="eastAsia"/>
        </w:rPr>
      </w:pPr>
      <w:r>
        <w:t>..</w:t>
      </w:r>
      <w:r>
        <w:t>.......................................................................................................</w:t>
      </w:r>
    </w:p>
    <w:p w:rsidR="00454FB5" w:rsidRDefault="00720706">
      <w:pPr>
        <w:spacing w:before="120" w:after="160"/>
        <w:rPr>
          <w:rFonts w:hint="eastAsia"/>
        </w:rPr>
      </w:pPr>
      <w:r>
        <w:t>Beru na vědomí, že žák/žákyně je povinen/povinna po návratu do školy doplnit zameškané učivo a splnit zadané školní povinnosti.</w:t>
      </w:r>
    </w:p>
    <w:p w:rsidR="00454FB5" w:rsidRDefault="00720706">
      <w:pPr>
        <w:spacing w:after="100"/>
      </w:pPr>
      <w:r>
        <w:rPr>
          <w:b/>
        </w:rPr>
        <w:t xml:space="preserve">V </w:t>
      </w:r>
      <w:r>
        <w:t>......................</w:t>
      </w:r>
      <w:r>
        <w:t>..............................................................................................................................</w:t>
      </w:r>
      <w:r>
        <w:t xml:space="preserve">     dne ....................................................</w:t>
      </w:r>
    </w:p>
    <w:p w:rsidR="00720706" w:rsidRDefault="00720706">
      <w:pPr>
        <w:spacing w:after="100"/>
        <w:rPr>
          <w:rFonts w:hint="eastAsia"/>
        </w:rPr>
      </w:pPr>
    </w:p>
    <w:p w:rsidR="00454FB5" w:rsidRDefault="00720706">
      <w:pPr>
        <w:spacing w:after="100"/>
      </w:pPr>
      <w:r>
        <w:rPr>
          <w:b/>
        </w:rPr>
        <w:t xml:space="preserve">Jméno a příjmení zákonného zástupce: </w:t>
      </w:r>
      <w:r>
        <w:t>...................................................................................................................................</w:t>
      </w:r>
    </w:p>
    <w:p w:rsidR="00720706" w:rsidRDefault="00720706">
      <w:pPr>
        <w:spacing w:after="100"/>
        <w:rPr>
          <w:rFonts w:hint="eastAsia"/>
        </w:rPr>
      </w:pPr>
    </w:p>
    <w:p w:rsidR="00454FB5" w:rsidRDefault="00720706">
      <w:pPr>
        <w:spacing w:after="100"/>
        <w:rPr>
          <w:rFonts w:hint="eastAsia"/>
        </w:rPr>
      </w:pPr>
      <w:r>
        <w:rPr>
          <w:b/>
        </w:rPr>
        <w:t xml:space="preserve">Podpis zákonného zástupce: </w:t>
      </w:r>
      <w:r>
        <w:t>.........................................................................................................................................................</w:t>
      </w:r>
      <w:r>
        <w:t>.</w:t>
      </w:r>
    </w:p>
    <w:p w:rsidR="00454FB5" w:rsidRDefault="00720706">
      <w:pPr>
        <w:spacing w:before="240"/>
        <w:rPr>
          <w:rFonts w:hint="eastAsia"/>
        </w:rPr>
      </w:pPr>
      <w:r>
        <w:rPr>
          <w:b/>
          <w:sz w:val="24"/>
        </w:rPr>
        <w:t>VYJÁDŘENÍ ŠKOLY</w:t>
      </w:r>
    </w:p>
    <w:p w:rsidR="00454FB5" w:rsidRDefault="00720706">
      <w:pPr>
        <w:rPr>
          <w:rFonts w:hint="eastAsia"/>
        </w:rPr>
      </w:pPr>
      <w:r>
        <w:t>☐</w:t>
      </w:r>
      <w:r>
        <w:t xml:space="preserve">  Žádosti se vyhovuje.        ☐  Žádosti se nevyhovuje.</w:t>
      </w:r>
    </w:p>
    <w:p w:rsidR="00454FB5" w:rsidRDefault="00720706">
      <w:pPr>
        <w:rPr>
          <w:rFonts w:hint="eastAsia"/>
        </w:rPr>
      </w:pPr>
      <w:r>
        <w:rPr>
          <w:b/>
        </w:rPr>
        <w:t>Poznámka:</w:t>
      </w:r>
    </w:p>
    <w:p w:rsidR="00454FB5" w:rsidRDefault="00720706">
      <w:pPr>
        <w:rPr>
          <w:rFonts w:hint="eastAsia"/>
        </w:rPr>
      </w:pPr>
      <w:r>
        <w:t>.........................................................................................................</w:t>
      </w:r>
    </w:p>
    <w:p w:rsidR="00454FB5" w:rsidRDefault="00720706">
      <w:pPr>
        <w:rPr>
          <w:rFonts w:hint="eastAsia"/>
        </w:rPr>
      </w:pPr>
      <w:r>
        <w:t>....................................................................................</w:t>
      </w:r>
      <w:r>
        <w:t>.....................</w:t>
      </w:r>
    </w:p>
    <w:p w:rsidR="00454FB5" w:rsidRDefault="00720706">
      <w:pPr>
        <w:spacing w:after="100"/>
        <w:rPr>
          <w:rFonts w:hint="eastAsia"/>
        </w:rPr>
      </w:pPr>
      <w:r>
        <w:rPr>
          <w:b/>
        </w:rPr>
        <w:t xml:space="preserve">V Morašicích dne </w:t>
      </w:r>
      <w:r>
        <w:t>................................................................</w:t>
      </w:r>
      <w:bookmarkStart w:id="0" w:name="_GoBack"/>
      <w:bookmarkEnd w:id="0"/>
    </w:p>
    <w:p w:rsidR="00454FB5" w:rsidRDefault="00720706">
      <w:pPr>
        <w:spacing w:before="160"/>
        <w:jc w:val="right"/>
        <w:rPr>
          <w:rFonts w:hint="eastAsia"/>
        </w:rPr>
      </w:pPr>
      <w:r>
        <w:rPr>
          <w:b/>
        </w:rPr>
        <w:t>............................................................</w:t>
      </w:r>
      <w:r>
        <w:rPr>
          <w:b/>
        </w:rPr>
        <w:br/>
      </w:r>
      <w:r>
        <w:t>Mgr. Jan Šperk</w:t>
      </w:r>
      <w:r>
        <w:br/>
        <w:t>ředitel školy</w:t>
      </w:r>
    </w:p>
    <w:sectPr w:rsidR="00454FB5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54FB5"/>
    <w:rsid w:val="0072070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85DC79"/>
  <w14:defaultImageDpi w14:val="300"/>
  <w15:docId w15:val="{4DCFB064-C46B-4D9E-AF46-1829C324A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C693F"/>
    <w:rPr>
      <w:rFonts w:ascii="Aptos" w:hAnsi="Aptos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8F4DA2-63B0-432B-883C-B4D4529D0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Heroldová</dc:creator>
  <cp:keywords/>
  <dc:description>generated by python-docx</dc:description>
  <cp:lastModifiedBy>Hana Heroldová</cp:lastModifiedBy>
  <cp:revision>2</cp:revision>
  <dcterms:created xsi:type="dcterms:W3CDTF">2026-09-21T17:27:00Z</dcterms:created>
  <dcterms:modified xsi:type="dcterms:W3CDTF">2026-09-21T17:27:00Z</dcterms:modified>
  <cp:category/>
</cp:coreProperties>
</file>